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/>
        <w:jc w:val="right"/>
      </w:pPr>
      <w:r>
        <w:rPr>
          <w:rFonts w:ascii="Arial" w:hAnsi="Arial" w:cs="Arial"/>
          <w:b/>
          <w:color w:val="7B4BD6"/>
          <w:sz w:val="40"/>
          <w:rtl w:val="1"/>
          <w:szCs w:val="40"/>
          <w:bCs/>
        </w:rPr>
        <w:t>🃏 כרטיסי תפקיד ותרחיש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ערכה להדפסה • לכל הרמות • פדגוגיה רגשית-חברתית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7A5600"/>
          <w:sz w:val="22"/>
          <w:rtl w:val="1"/>
          <w:szCs w:val="22"/>
          <w:bCs/>
        </w:rPr>
        <w:t>📋 מהדורה למורה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איך משתמשים: מדפיסים, גוזרים ומחלקים לשלשות: צד א׳, צד ב׳ ומגשר/ת. כל צד קורא רק את הכרטיס שלו – כולל ה"סוד" (הצורך האמיתי). המגשר/ת מנהל/ת את השיחה לפי 5 הצעדים. תלמיד/ה רביעי/ת יכול/ה לצפות עם דף התצפית. בסוף – מתחלפים בתפקידים.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כל עמוד = תרחיש אחד (4 כרטיסים לגזירה).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יסודי: עמודים 2–5 · חט״ב: 6–9 · חט״ע: 10–13 · עולים: 14–16 · חנ״מ: כרטיסי תמונה בסוף.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אחרי המשחק: האם הצורך הסודי התגלה? באיזה צעד?</w:t>
      </w: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F4EF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⚽ תרחיש: הכדור בהפסקה (🧒 יסודי)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בהפסקה הגדולה, ליד המגרש. שני ילדים מושכים את אותו כדור.שני צדדים: נועם ועדי. מגשר/ת עוזר/ת להם לבנות גשר ב־5 צעדים.</w:t>
            </w:r>
          </w:p>
        </w:tc>
        <w:tc>
          <w:tcPr>
            <w:tcW w:type="dxa" w:w="5270"/>
            <w:shd w:val="clear" w:color="auto" w:fill="E9FAF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🧑‍⚖️ מגשר/ת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לא שופט/ת ולא מחליט/ה.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1. מציע/ה לעצור ולנשום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2. כל צד בתורו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3. "אם הבנתי נכון…"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4. "מה חשוב לך?"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5. "איזה פתרון טוב לשניכם?"</w:t>
            </w:r>
          </w:p>
        </w:tc>
      </w:tr>
      <w:tr>
        <w:tc>
          <w:tcPr>
            <w:tcW w:type="dxa" w:w="5270"/>
            <w:shd w:val="clear" w:color="auto" w:fill="EEF4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🔵 צד א׳: נועם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אומר/ת: "עדי חטף/ה לי את הכדור! אנחנו כבר קבענו משחק עם החברים!"🤫 סוד (לא מראים): מה שבאמת חשוב לי – שהמשחק שתכננו עם החברים יתקיים</w:t>
            </w:r>
          </w:p>
        </w:tc>
        <w:tc>
          <w:tcPr>
            <w:tcW w:type="dxa" w:w="5270"/>
            <w:shd w:val="clear" w:color="auto" w:fill="FF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🟠 צד ב׳: עדי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אומר/ת: "אתם אף פעם לא נותנים לי לשחק! אז לקחתי."🤫 סוד (לא מראים): מה שבאמת חשוב לי – להיות חלק מהמשחק ולא להישאר בצד</w:t>
            </w:r>
          </w:p>
        </w:tc>
      </w:tr>
    </w:tbl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F4EF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🖍️ תרחיש: הטושים המשותפים (🧒 יסודי)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בשיעור אמנות. על השולחן קופסת טושים.שני צדדים: שחר ויובל. מגשר/ת עוזר/ת להם לבנות גשר ב־5 צעדים.</w:t>
            </w:r>
          </w:p>
        </w:tc>
        <w:tc>
          <w:tcPr>
            <w:tcW w:type="dxa" w:w="5270"/>
            <w:shd w:val="clear" w:color="auto" w:fill="E9FAF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🧑‍⚖️ מגשר/ת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לא שופט/ת ולא מחליט/ה.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1. מציע/ה לעצור ולנשום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2. כל צד בתורו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3. "אם הבנתי נכון…"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4. "מה חשוב לך?"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5. "איזה פתרון טוב לשניכם?"</w:t>
            </w:r>
          </w:p>
        </w:tc>
      </w:tr>
      <w:tr>
        <w:tc>
          <w:tcPr>
            <w:tcW w:type="dxa" w:w="5270"/>
            <w:shd w:val="clear" w:color="auto" w:fill="EEF4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🔵 צד א׳: שחר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אומר/ת: "יובל צועק/ת עליי בגלל טושים! הם של הכיתה!"🤫 סוד (לא מראים): מה שבאמת חשוב לי – לסיים את הציור בזמן</w:t>
            </w:r>
          </w:p>
        </w:tc>
        <w:tc>
          <w:tcPr>
            <w:tcW w:type="dxa" w:w="5270"/>
            <w:shd w:val="clear" w:color="auto" w:fill="FF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🟠 צד ב׳: יובל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אומר/ת: "שחר לקח/ה את הטושים שלי בלי לשאול, ועכשיו חסרים שניים!"🤫 סוד (לא מראים): מה שבאמת חשוב לי – שישאלו לפני שלוקחים דברים שלו/ה</w:t>
            </w:r>
          </w:p>
        </w:tc>
      </w:tr>
    </w:tbl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F4EF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🪑 תרחיש: מקום ליד החלון (🧒 יסודי)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בבוקר, לפני השיעור הראשון.שני צדדים: מאיה ואורי. מגשר/ת עוזר/ת להם לבנות גשר ב־5 צעדים.</w:t>
            </w:r>
          </w:p>
        </w:tc>
        <w:tc>
          <w:tcPr>
            <w:tcW w:type="dxa" w:w="5270"/>
            <w:shd w:val="clear" w:color="auto" w:fill="E9FAF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🧑‍⚖️ מגשר/ת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לא שופט/ת ולא מחליט/ה.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1. מציע/ה לעצור ולנשום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2. כל צד בתורו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3. "אם הבנתי נכון…"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4. "מה חשוב לך?"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5. "איזה פתרון טוב לשניכם?"</w:t>
            </w:r>
          </w:p>
        </w:tc>
      </w:tr>
      <w:tr>
        <w:tc>
          <w:tcPr>
            <w:tcW w:type="dxa" w:w="5270"/>
            <w:shd w:val="clear" w:color="auto" w:fill="EEF4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🔵 צד א׳: מאיה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אומר/ת: "אני תמיד יושבת פה! זה המקום שלי!"🤫 סוד (לא מראים): מה שבאמת חשוב לי – לשבת ליד החברה הכי טובה שלה</w:t>
            </w:r>
          </w:p>
        </w:tc>
        <w:tc>
          <w:tcPr>
            <w:tcW w:type="dxa" w:w="5270"/>
            <w:shd w:val="clear" w:color="auto" w:fill="FF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🟠 צד ב׳: אורי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אומר/ת: "אבל מפה אני רואה את הלוח הכי טוב, ואני צריך לראות!"🤫 סוד (לא מראים): מה שבאמת חשוב לי – לראות טוב את הלוח</w:t>
            </w:r>
          </w:p>
        </w:tc>
      </w:tr>
    </w:tbl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F4EF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🎲 תרחיש: מי מתחיל במשחק? (🧒 יסודי)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בזמן משחקי קופסה בכיתה.שני צדדים: רון וליה. מגשר/ת עוזר/ת להם לבנות גשר ב־5 צעדים.</w:t>
            </w:r>
          </w:p>
        </w:tc>
        <w:tc>
          <w:tcPr>
            <w:tcW w:type="dxa" w:w="5270"/>
            <w:shd w:val="clear" w:color="auto" w:fill="E9FAF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🧑‍⚖️ מגשר/ת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לא שופט/ת ולא מחליט/ה.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1. מציע/ה לעצור ולנשום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2. כל צד בתורו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3. "אם הבנתי נכון…"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4. "מה חשוב לך?"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5. "איזה פתרון טוב לשניכם?"</w:t>
            </w:r>
          </w:p>
        </w:tc>
      </w:tr>
      <w:tr>
        <w:tc>
          <w:tcPr>
            <w:tcW w:type="dxa" w:w="5270"/>
            <w:shd w:val="clear" w:color="auto" w:fill="EEF4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🔵 צד א׳: רון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אומר/ת: "אני התחלתי לסדר את המשחק, אז אני מתחיל!"🤫 סוד (לא מראים): מה שבאמת חשוב לי – שיעריכו שהוא סידר את המשחק</w:t>
            </w:r>
          </w:p>
        </w:tc>
        <w:tc>
          <w:tcPr>
            <w:tcW w:type="dxa" w:w="5270"/>
            <w:shd w:val="clear" w:color="auto" w:fill="FF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🟠 צד ב׳: ליה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אומר/ת: "זה לא פייר! אף פעם אני לא ראשונה!"🤫 סוד (לא מראים): מה שבאמת חשוב לי – להרגיש שיש הוגנות</w:t>
            </w:r>
          </w:p>
        </w:tc>
      </w:tr>
    </w:tbl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F4EF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📸 תרחיש: התמונה בקבוצת הכיתה (🧑 חט״ב)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בוקר אחרי שתמונה הועלתה לקבוצת ההודעות הכיתתית.שני צדדים: גיל ותמר. מגשר/ת עוזר/ת להם לבנות גשר ב־5 צעדים.</w:t>
            </w:r>
          </w:p>
        </w:tc>
        <w:tc>
          <w:tcPr>
            <w:tcW w:type="dxa" w:w="5270"/>
            <w:shd w:val="clear" w:color="auto" w:fill="E9FAF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🧑‍⚖️ מגשר/ת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לא שופט/ת ולא מחליט/ה.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1. מציע/ה לעצור ולנשום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2. כל צד בתורו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3. "אם הבנתי נכון…"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4. "מה חשוב לך?"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5. "איזה פתרון טוב לשניכם?"</w:t>
            </w:r>
          </w:p>
        </w:tc>
      </w:tr>
      <w:tr>
        <w:tc>
          <w:tcPr>
            <w:tcW w:type="dxa" w:w="5270"/>
            <w:shd w:val="clear" w:color="auto" w:fill="EEF4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🔵 צד א׳: גיל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אומר/ת: "זה היה רק צחוק! כולם צחקו, היא מגזימה."🤫 סוד (לא מראים): מה שבאמת חשוב לי – להצחיק ולהרגיש חלק מהחבר׳ה</w:t>
            </w:r>
          </w:p>
        </w:tc>
        <w:tc>
          <w:tcPr>
            <w:tcW w:type="dxa" w:w="5270"/>
            <w:shd w:val="clear" w:color="auto" w:fill="FF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🟠 צד ב׳: תמר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אומר/ת: "הוא העלה תמונה שלי מביכה לכל הכיתה בלי לשאול אותי. כולם ראו."🤫 סוד (לא מראים): מה שבאמת חשוב לי – שליטה על התמונות שלה וכבוד</w:t>
            </w:r>
          </w:p>
        </w:tc>
      </w:tr>
    </w:tbl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F4EF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🧪 תרחיש: עבודה בקבוצה (🧑 חט״ב)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שלושה ימים לפני הגשת עבודה במדעים.שני צדדים: שירה ועידן. מגשר/ת עוזר/ת להם לבנות גשר ב־5 צעדים.</w:t>
            </w:r>
          </w:p>
        </w:tc>
        <w:tc>
          <w:tcPr>
            <w:tcW w:type="dxa" w:w="5270"/>
            <w:shd w:val="clear" w:color="auto" w:fill="E9FAF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🧑‍⚖️ מגשר/ת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לא שופט/ת ולא מחליט/ה.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1. מציע/ה לעצור ולנשום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2. כל צד בתורו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3. "אם הבנתי נכון…"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4. "מה חשוב לך?"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5. "איזה פתרון טוב לשניכם?"</w:t>
            </w:r>
          </w:p>
        </w:tc>
      </w:tr>
      <w:tr>
        <w:tc>
          <w:tcPr>
            <w:tcW w:type="dxa" w:w="5270"/>
            <w:shd w:val="clear" w:color="auto" w:fill="EEF4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🔵 צד א׳: שירה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אומר/ת: "אני עשיתי הכול לבד. הוא פשוט נעלם, ובסוף יקבל אותו ציון כמוני."🤫 סוד (לא מראים): מה שבאמת חשוב לי – הוגנות וחלוקת עבודה שווה</w:t>
            </w:r>
          </w:p>
        </w:tc>
        <w:tc>
          <w:tcPr>
            <w:tcW w:type="dxa" w:w="5270"/>
            <w:shd w:val="clear" w:color="auto" w:fill="FF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🟠 צד ב׳: עידן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אומר/ת: "היה לי שבוע ממש קשה בבית, ולא הבנתי מה בדיוק צריך לעשות. התביישתי לשאול."🤫 סוד (לא מראים): מה שבאמת חשוב לי – הבנה ותמיכה – ולא להיות מושפל</w:t>
            </w:r>
          </w:p>
        </w:tc>
      </w:tr>
    </w:tbl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F4EF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🏀 תרחיש: בחירת קבוצות בספורט (🧑 חט״ב)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בשיעור חינוך גופני.שני צדדים: אלון ונוי. מגשר/ת עוזר/ת להם לבנות גשר ב־5 צעדים.</w:t>
            </w:r>
          </w:p>
        </w:tc>
        <w:tc>
          <w:tcPr>
            <w:tcW w:type="dxa" w:w="5270"/>
            <w:shd w:val="clear" w:color="auto" w:fill="E9FAF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🧑‍⚖️ מגשר/ת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לא שופט/ת ולא מחליט/ה.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1. מציע/ה לעצור ולנשום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2. כל צד בתורו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3. "אם הבנתי נכון…"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4. "מה חשוב לך?"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5. "איזה פתרון טוב לשניכם?"</w:t>
            </w:r>
          </w:p>
        </w:tc>
      </w:tr>
      <w:tr>
        <w:tc>
          <w:tcPr>
            <w:tcW w:type="dxa" w:w="5270"/>
            <w:shd w:val="clear" w:color="auto" w:fill="EEF4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🔵 צד א׳: אלון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אומר/ת: "אני קפטן, מותר לי לבחור את מי שאני רוצה. אני רוצה לנצח."🤫 סוד (לא מראים): מה שבאמת חשוב לי – לנצח במשחק</w:t>
            </w:r>
          </w:p>
        </w:tc>
        <w:tc>
          <w:tcPr>
            <w:tcW w:type="dxa" w:w="5270"/>
            <w:shd w:val="clear" w:color="auto" w:fill="FF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🟠 צד ב׳: נוי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אומר/ת: "כל פעם אני נבחרת אחרונה. זה משפיל מול כולם."🤫 סוד (לא מראים): מה שבאמת חשוב לי – להרגיש שייכות ולא להיות מושפלת</w:t>
            </w:r>
          </w:p>
        </w:tc>
      </w:tr>
    </w:tbl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F4EF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🎧 תרחיש: רעש לפני מבחן (🧑 חט״ב)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בהפסקה, בכיתה, לפני מבחן במתמטיקה.שני צדדים: דניאל ורותם. מגשר/ת עוזר/ת להם לבנות גשר ב־5 צעדים.</w:t>
            </w:r>
          </w:p>
        </w:tc>
        <w:tc>
          <w:tcPr>
            <w:tcW w:type="dxa" w:w="5270"/>
            <w:shd w:val="clear" w:color="auto" w:fill="E9FAF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🧑‍⚖️ מגשר/ת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לא שופט/ת ולא מחליט/ה.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1. מציע/ה לעצור ולנשום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2. כל צד בתורו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3. "אם הבנתי נכון…"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4. "מה חשוב לך?"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5. "איזה פתרון טוב לשניכם?"</w:t>
            </w:r>
          </w:p>
        </w:tc>
      </w:tr>
      <w:tr>
        <w:tc>
          <w:tcPr>
            <w:tcW w:type="dxa" w:w="5270"/>
            <w:shd w:val="clear" w:color="auto" w:fill="EEF4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🔵 צד א׳: דניאל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אומר/ת: "זו הפסקה! מותר לי לשמוע מוזיקה. אני צריך להשתחרר."🤫 סוד (לא מראים): מה שבאמת חשוב לי – להירגע ולהשתחרר בהפסקה</w:t>
            </w:r>
          </w:p>
        </w:tc>
        <w:tc>
          <w:tcPr>
            <w:tcW w:type="dxa" w:w="5270"/>
            <w:shd w:val="clear" w:color="auto" w:fill="FF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🟠 צד ב׳: רותם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אומר/ת: "יש לנו מבחן בשיעור הבא ואני לא מצליחה להתרכז. הוא לא מתחשב בכלל."🤫 סוד (לא מראים): מה שבאמת חשוב לי – שקט כדי להתכונן למבחן</w:t>
            </w:r>
          </w:p>
        </w:tc>
      </w:tr>
    </w:tbl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F4EF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🤫 תרחיש: הסוד שסופר (🎓 חט״ע)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שיחה אחרי שיעור. שימו לב: כשיש סכנה – פנייה למבוגר היא הדבר הנכון.שני צדדים: ים ואגם. מגשר/ת עוזר/ת להם לבנות גשר ב־5 צעדים.</w:t>
            </w:r>
          </w:p>
        </w:tc>
        <w:tc>
          <w:tcPr>
            <w:tcW w:type="dxa" w:w="5270"/>
            <w:shd w:val="clear" w:color="auto" w:fill="E9FAF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🧑‍⚖️ מגשר/ת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לא שופט/ת ולא מחליט/ה.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1. מציע/ה לעצור ולנשום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2. כל צד בתורו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3. "אם הבנתי נכון…"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4. "מה חשוב לך?"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5. "איזה פתרון טוב לשניכם?"</w:t>
            </w:r>
          </w:p>
        </w:tc>
      </w:tr>
      <w:tr>
        <w:tc>
          <w:tcPr>
            <w:tcW w:type="dxa" w:w="5270"/>
            <w:shd w:val="clear" w:color="auto" w:fill="EEF4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🔵 צד א׳: 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אומר/ת: "דאגתי לה. ראיתי שהיא לא אוכלת ומסתגרת, אז סיפרתי ליועצת."🤫 סוד (לא מראים): מה שבאמת חשוב לי – דאגה אמיתית לשלומה של אגם</w:t>
            </w:r>
          </w:p>
        </w:tc>
        <w:tc>
          <w:tcPr>
            <w:tcW w:type="dxa" w:w="5270"/>
            <w:shd w:val="clear" w:color="auto" w:fill="FF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🟠 צד ב׳: אגם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אומר/ת: "סמכתי עליו. הוא סיפר בלי לשאול אותי. אני מרגישה בגידה."🤫 סוד (לא מראים): מה שבאמת חשוב לי – אמון ופרטיות – לשלוט בסיפור שלה</w:t>
            </w:r>
          </w:p>
        </w:tc>
      </w:tr>
    </w:tbl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F4EF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📵 תרחיש: ויכוח על טלפונים (🎓 חט״ע)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אחרי דיון כיתתי על מדיניות הטלפונים בבית הספר.שני צדדים: אליה ושי. מגשר/ת עוזר/ת להם לבנות גשר ב־5 צעדים.</w:t>
            </w:r>
          </w:p>
        </w:tc>
        <w:tc>
          <w:tcPr>
            <w:tcW w:type="dxa" w:w="5270"/>
            <w:shd w:val="clear" w:color="auto" w:fill="E9FAF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🧑‍⚖️ מגשר/ת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לא שופט/ת ולא מחליט/ה.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1. מציע/ה לעצור ולנשום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2. כל צד בתורו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3. "אם הבנתי נכון…"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4. "מה חשוב לך?"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5. "איזה פתרון טוב לשניכם?"</w:t>
            </w:r>
          </w:p>
        </w:tc>
      </w:tr>
      <w:tr>
        <w:tc>
          <w:tcPr>
            <w:tcW w:type="dxa" w:w="5270"/>
            <w:shd w:val="clear" w:color="auto" w:fill="EEF4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🔵 צד א׳: אליה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אומר/ת: "אמרת שכל מי שבעד טלפונים בבית הספר מכור. זה עלבון!"🤫 סוד (לא מראים): מה שבאמת חשוב לי – שיכבדו אותה גם כשהיא חושבת אחרת</w:t>
            </w:r>
          </w:p>
        </w:tc>
        <w:tc>
          <w:tcPr>
            <w:tcW w:type="dxa" w:w="5270"/>
            <w:shd w:val="clear" w:color="auto" w:fill="FF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🟠 צד ב׳: שי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אומר/ת: "אני רק אמרתי את דעתי. היא תקפה אותי מול כל הכיתה."🤫 סוד (לא מראים): מה שבאמת חשוב לי – להביע דעה בלי שיתקפו אותו אישית</w:t>
            </w:r>
          </w:p>
        </w:tc>
      </w:tr>
    </w:tbl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F4EF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☕ תרחיש: החלפת משמרת בעבודה (🎓 חט״ע)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עבודה במשרה חלקית בבית קפה.שני צדדים: נתנאל וליאור. מגשר/ת עוזר/ת להם לבנות גשר ב־5 צעדים.</w:t>
            </w:r>
          </w:p>
        </w:tc>
        <w:tc>
          <w:tcPr>
            <w:tcW w:type="dxa" w:w="5270"/>
            <w:shd w:val="clear" w:color="auto" w:fill="E9FAF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🧑‍⚖️ מגשר/ת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לא שופט/ת ולא מחליט/ה.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1. מציע/ה לעצור ולנשום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2. כל צד בתורו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3. "אם הבנתי נכון…"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4. "מה חשוב לך?"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5. "איזה פתרון טוב לשניכם?"</w:t>
            </w:r>
          </w:p>
        </w:tc>
      </w:tr>
      <w:tr>
        <w:tc>
          <w:tcPr>
            <w:tcW w:type="dxa" w:w="5270"/>
            <w:shd w:val="clear" w:color="auto" w:fill="EEF4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🔵 צד א׳: נתנאל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אומר/ת: "היא ביקשה שאחליף אותה, הסכמתי, ועכשיו היא מבטלת ברגע האחרון."🤫 סוד (לא מראים): מה שבאמת חשוב לי – לתכנן את הזמן שלו ולהיות אמין לאחרים</w:t>
            </w:r>
          </w:p>
        </w:tc>
        <w:tc>
          <w:tcPr>
            <w:tcW w:type="dxa" w:w="5270"/>
            <w:shd w:val="clear" w:color="auto" w:fill="FF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🟠 צד ב׳: ליאור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אומר/ת: "אבל קרה משהו במשפחה. הוא מתנהג כאילו עשיתי לו דווקא."🤫 סוד (לא מראים): מה שבאמת חשוב לי – הבנה למצב חירום משפחתי</w:t>
            </w:r>
          </w:p>
        </w:tc>
      </w:tr>
    </w:tbl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F4EF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🗳️ תרחיש: מועצת התלמידים (🎓 חט״ע)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ישיבת מועצה על תקציב פרויקט שנתי.שני צדדים: עומר והדר. מגשר/ת עוזר/ת להם לבנות גשר ב־5 צעדים.</w:t>
            </w:r>
          </w:p>
        </w:tc>
        <w:tc>
          <w:tcPr>
            <w:tcW w:type="dxa" w:w="5270"/>
            <w:shd w:val="clear" w:color="auto" w:fill="E9FAF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🧑‍⚖️ מגשר/ת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לא שופט/ת ולא מחליט/ה.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1. מציע/ה לעצור ולנשום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2. כל צד בתורו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3. "אם הבנתי נכון…"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4. "מה חשוב לך?"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5. "איזה פתרון טוב לשניכם?"</w:t>
            </w:r>
          </w:p>
        </w:tc>
      </w:tr>
      <w:tr>
        <w:tc>
          <w:tcPr>
            <w:tcW w:type="dxa" w:w="5270"/>
            <w:shd w:val="clear" w:color="auto" w:fill="EEF4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🔵 צד א׳: עומר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אומר/ת: "תחרות ספורט תחבר את כולם. זה מה שרוב התלמידים רוצים."🤫 סוד (לא מראים): מה שבאמת חשוב לי – אירוע שמחבר ומגייס הרבה תלמידים</w:t>
            </w:r>
          </w:p>
        </w:tc>
        <w:tc>
          <w:tcPr>
            <w:tcW w:type="dxa" w:w="5270"/>
            <w:shd w:val="clear" w:color="auto" w:fill="FF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🟠 צד ב׳: הדר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אומר/ת: "לא כולם ספורטאים. פינת מנוחה ושקט תעזור גם למי שבדרך כלל בצד."🤫 סוד (לא מראים): מה שבאמת חשוב לי – שגם תלמידים שקטים ירגישו שיש להם מקום</w:t>
            </w:r>
          </w:p>
        </w:tc>
      </w:tr>
    </w:tbl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F4EF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📚 תרחיש: הַסֵּפֶר בַּסִּפְרִיָּה (🟢 עולים)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בַּסִּפְרִיָּה שֶׁל בֵּית הַסֵּפֶר.שני צדדים: דָּנִי וסָשָׁה. מגשר/ת עוזר/ת להם לבנות גשר ב־5 צעדים.</w:t>
            </w:r>
          </w:p>
        </w:tc>
        <w:tc>
          <w:tcPr>
            <w:tcW w:type="dxa" w:w="5270"/>
            <w:shd w:val="clear" w:color="auto" w:fill="E9FAF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🧑‍⚖️ מגשר/ת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לא שופט/ת ולא מחליט/ה.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1. מציע/ה לעצור ולנשום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2. כל צד בתורו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3. "אם הבנתי נכון…"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4. "מה חשוב לך?"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5. "איזה פתרון טוב לשניכם?"</w:t>
            </w:r>
          </w:p>
        </w:tc>
      </w:tr>
      <w:tr>
        <w:tc>
          <w:tcPr>
            <w:tcW w:type="dxa" w:w="5270"/>
            <w:shd w:val="clear" w:color="auto" w:fill="EEF4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🔵 צד א׳: דָּנִי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אומר/ת: "אֲנִי לָקַחְתִּי אֶת הַסֵּפֶר רִאשׁוֹן!"🤫 סוד (לא מראים): מה שבאמת חשוב לי – לִקְרֹא אֶת הַסֵּפֶר</w:t>
            </w:r>
          </w:p>
        </w:tc>
        <w:tc>
          <w:tcPr>
            <w:tcW w:type="dxa" w:w="5270"/>
            <w:shd w:val="clear" w:color="auto" w:fill="FF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🟠 צד ב׳: סָשָׁה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אומר/ת: "גַּם אֲנִי צָרִיךְ אֶת הַסֵּפֶר לָעֲבוֹדָה!"🤫 סוד (לא מראים): מה שבאמת חשוב לי – לְהָכִין אֶת הָעֲבוֹדָה</w:t>
            </w:r>
          </w:p>
        </w:tc>
      </w:tr>
    </w:tbl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F4EF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🗣️ תרחיש: צָחֲקוּ עַל הָעִבְרִית שֶׁלִּי (🟢 עולים)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בַּהַפְסָקָה, בַּחָצֵר.שני צדדים: אִילָנָה ומִיכָל. מגשר/ת עוזר/ת להם לבנות גשר ב־5 צעדים.</w:t>
            </w:r>
          </w:p>
        </w:tc>
        <w:tc>
          <w:tcPr>
            <w:tcW w:type="dxa" w:w="5270"/>
            <w:shd w:val="clear" w:color="auto" w:fill="E9FAF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🧑‍⚖️ מגשר/ת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לא שופט/ת ולא מחליט/ה.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1. מציע/ה לעצור ולנשום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2. כל צד בתורו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3. "אם הבנתי נכון…"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4. "מה חשוב לך?"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5. "איזה פתרון טוב לשניכם?"</w:t>
            </w:r>
          </w:p>
        </w:tc>
      </w:tr>
      <w:tr>
        <w:tc>
          <w:tcPr>
            <w:tcW w:type="dxa" w:w="5270"/>
            <w:shd w:val="clear" w:color="auto" w:fill="EEF4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🔵 צד א׳: אִילָנָה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אומר/ת: "לֹא הִתְכַּוַּנְתִּי! זֶה הָיָה מַצְחִיק."🤫 סוד (לא מראים): מה שבאמת חשוב לי – לִצְחֹק, לֹא לִפְגֹּעַ</w:t>
            </w:r>
          </w:p>
        </w:tc>
        <w:tc>
          <w:tcPr>
            <w:tcW w:type="dxa" w:w="5270"/>
            <w:shd w:val="clear" w:color="auto" w:fill="FF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🟠 צד ב׳: מִיכָל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אומר/ת: "צָחַקְתְּ כִּי טָעִיתִי בְּמִלָּה. הִרְגַּשְׁתִּי רַע."🤫 סוד (לא מראים): מה שבאמת חשוב לי – כָּבוֹד</w:t>
            </w:r>
          </w:p>
        </w:tc>
      </w:tr>
    </w:tbl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F4EF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🍎 תרחיש: הַתּוֹר בַּקַּנְטִינָה (🟢 עולים)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בַּקַּנְטִינָה בַּבֹּקֶר.שני צדדים: יוֹסִי ואַנָּה. מגשר/ת עוזר/ת להם לבנות גשר ב־5 צעדים.</w:t>
            </w:r>
          </w:p>
        </w:tc>
        <w:tc>
          <w:tcPr>
            <w:tcW w:type="dxa" w:w="5270"/>
            <w:shd w:val="clear" w:color="auto" w:fill="E9FAF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🧑‍⚖️ מגשר/ת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לא שופט/ת ולא מחליט/ה.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1. מציע/ה לעצור ולנשום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2. כל צד בתורו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3. "אם הבנתי נכון…"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4. "מה חשוב לך?"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5. "איזה פתרון טוב לשניכם?"</w:t>
            </w:r>
          </w:p>
        </w:tc>
      </w:tr>
      <w:tr>
        <w:tc>
          <w:tcPr>
            <w:tcW w:type="dxa" w:w="5270"/>
            <w:shd w:val="clear" w:color="auto" w:fill="EEF4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🔵 צד א׳: יוֹסִי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אומר/ת: "הִיא נִכְנְסָה לִפְנֵי כֻּלָּם!"🤫 סוד (לא מראים): מה שבאמת חשוב לי – שֶׁיִּהְיֶה הוֹגֵן</w:t>
            </w:r>
          </w:p>
        </w:tc>
        <w:tc>
          <w:tcPr>
            <w:tcW w:type="dxa" w:w="5270"/>
            <w:shd w:val="clear" w:color="auto" w:fill="FF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🟠 צד ב׳: אַנָּה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אומר/ת: "לֹא יָדַעְתִּי שֶׁיֵּשׁ פֹּה תּוֹר. בָּאָרֶץ שֶׁלִּי זֶה אַחֶרֶת."🤫 סוד (לא מראים): מה שבאמת חשוב לי – לְהָבִין אֶת הַחֻקִּים</w:t>
            </w:r>
          </w:p>
        </w:tc>
      </w:tr>
    </w:tbl>
    <w:p/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FFFB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🧸 שניים רוצים את הדובי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👧🧸👦🛑 עוצרים · 😊 😠 😢 · 🗣️ "אני רוצה לשחק עם הדובי"פתרונות: ⏳ תור – כל אחד 5 דקות · 🤝 משחקים ביחד</w:t>
            </w:r>
          </w:p>
        </w:tc>
        <w:tc>
          <w:tcPr>
            <w:tcW w:type="dxa" w:w="5270"/>
            <w:shd w:val="clear" w:color="auto" w:fill="FFFB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🛝 התור למגלשה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🧒🛝🧒🛑 עוצרים · 😊 😠 😟 · 🗣️ "אני רוצה לגלוש"פתרונות: 🔢 עומדים בתור · 🙋 מבקשים עזרה מהמורה</w:t>
            </w:r>
          </w:p>
        </w:tc>
      </w:tr>
      <w:tr>
        <w:tc>
          <w:tcPr>
            <w:tcW w:type="dxa" w:w="5270"/>
            <w:shd w:val="clear" w:color="auto" w:fill="FFFB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🖍️ הצבע האדום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👦🖍️👧🛑 עוצרים · 😊 😢 😠 · 🗣️ "אני רוצה את הצבע האדום"פתרונות: 🔁 מעבירים אחרי שגומרים · 🎨 צובעים יחד ציור אחד</w:t>
            </w:r>
          </w:p>
        </w:tc>
        <w:tc>
          <w:tcPr>
            <w:tcW w:type="dxa" w:w="5270"/>
            <w:shd w:val="clear" w:color="auto" w:fill="E9FAF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🤝 כרטיס הפתרון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⏳ תור · 🤝 ביחד · 🙋 מבקשים עזרה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18"/>
          <w:rtl w:val="1"/>
          <w:szCs w:val="18"/>
        </w:rPr>
        <w:t>יצרה: רוית ראש בן ישי · בונים גשר – מחלוקת וגישור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