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2F6FDB"/>
          <w:sz w:val="40"/>
          <w:rtl w:val="1"/>
          <w:szCs w:val="40"/>
          <w:bCs/>
        </w:rPr>
        <w:t>🌉 5 צעדים על הגשר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כך בונים גשר בין שני צדדים במחלוקת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🛑 1. עצירה והרגעה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אי אפשר לגשר בשיא הכעס. קובעים זמן ומקום רגועים ומורידים את עוצמת הרגש.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👂 2. סיפור בתורות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 צד מספר את הסיפור שלו בלי הפרעה. המגשר/ת שומר/ת על כללים: לא מעליבים, לא קוטעים.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🔁 3. שיקוף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המגשר/ת (ואחר כך כל צד) מנסח/ת מחדש את מה שנאמר – בלי שיפוט: "אם הבנתי נכון, את/ה מרגיש/ה… כי…".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💡 4. מתחת לפני המים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מה שאומרים (העמדה) הוא רק קצה הקרחון. מתחת יש צרכים: כבוד, שייכות, הוגנות, ביטחון.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🤝 5. הסכם משותף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סיעור רעיונות בלי לפסול, בחירת פתרון ששני הצדדים יכולים לחיות איתו, ובדיקה בעוד כמה ימים.</w:t>
            </w:r>
          </w:p>
        </w:tc>
      </w:tr>
    </w:tbl>
    <w:p/>
    <w:p>
      <w:r>
        <w:br w:type="page"/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F6FDB"/>
          <w:sz w:val="40"/>
          <w:rtl w:val="1"/>
          <w:szCs w:val="40"/>
          <w:bCs/>
        </w:rPr>
        <w:t>🌉 בונים גשר – גרסת יסודי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5 צעדים מריב לחברות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🛑 1. עוצרים ונרגעים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לפני שמדברים – נושמים. כשכועסים קשה לשמוע. אפשר לספור עד 5 לאט.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👂 2. כל צד מספר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 אחד מספר מה קרה – בתורו. השני מקשיב ולא מפריע.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🔁 3. אומרים במילים שלי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אומרים לשני מה שמענו: "שמעתי ש…". ככה הוא/היא יודעים שהבנו.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💛 4. מה חשוב לכל אחד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שואלים: "מה הכי חשוב לך?" לפעמים שני הצדדים רוצים דברים שאפשר לחבר.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🤝 5. בונים פתרון יחד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מציעים רעיונות, בוחרים אחד ששניהם מסכימים לו, ולוחצים ידיים.</w:t>
            </w:r>
          </w:p>
        </w:tc>
      </w:tr>
    </w:tbl>
    <w:p/>
    <w:p>
      <w:r>
        <w:br w:type="page"/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F6FDB"/>
          <w:sz w:val="40"/>
          <w:rtl w:val="1"/>
          <w:szCs w:val="40"/>
          <w:bCs/>
        </w:rPr>
        <w:t>⭐ עושים שלום – גרסת חנ״מ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🛑 1. עוצרים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עוצרים. נושמים 3 פעמים.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👂 2. מקשיבים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אחד מדבר. אחד מקשיב.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😊 3. אומרים מה מרגישים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"אני עצוב/ה", "אני כועס/ת".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🗣️ 4. אומרים מה רוצים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"אני רוצה…"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🤝 5. פתרון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תור · ביחד · מבקשים עזרה</w:t>
            </w:r>
          </w:p>
        </w:tc>
      </w:tr>
    </w:tbl>
    <w:p/>
    <w:p>
      <w:r>
        <w:br w:type="page"/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F6FDB"/>
          <w:sz w:val="40"/>
          <w:rtl w:val="1"/>
          <w:szCs w:val="40"/>
          <w:bCs/>
        </w:rPr>
        <w:t>🌉 בּוֹנִים גֶּשֶׁר – עולים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🛑 1. עוֹצְרִים וְנוֹשְׁמִים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לִפְנֵי שֶׁמְּדַבְּרִים – נוֹשְׁמִים לְאַט.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👂 2. כָּל אֶחָד מְסַפֵּר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אֶחָד מְדַבֵּר, הַשֵּׁנִי מַקְשִׁיב.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🔁 3. אוֹמְרִים מָה שָׁמַעְנוּ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"שָׁמַעְתִּי שֶׁ…"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💛 4. מָה חָשׁוּב לְךָ / לָךְ?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שׁוֹאֲלִים: "מָה חָשׁוּב לְךָ?" / "מָה חָשׁוּב לָךְ?"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🤝 5. פִּתְרוֹן בְּיַחַד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מְחַפְּשִׂים פִּתְרוֹן טוֹב לִשְׁנֵיהֶם.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18"/>
          <w:rtl w:val="1"/>
          <w:szCs w:val="18"/>
        </w:rPr>
        <w:t>יצרה: רוית ראש בן ישי · בונים גשר – מחלוקת וגישור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